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openxmlformats.org/package/2006/relationships/metadata/thumbnail" Target="docProps/thumbnail.jpeg" /><Relationship Id="rId1" Type="http://schemas.openxmlformats.org/officeDocument/2006/relationships/officeDocument" Target="word/document.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261C3" w:rsidRDefault="00A53C5E">
      <w:pPr>
        <w:pStyle w:val="Title"/>
      </w:pPr>
      <w:r>
        <w:t>Resume</w:t>
      </w:r>
    </w:p>
    <w:p w:rsidR="004261C3" w:rsidRDefault="00A53C5E">
      <w:pPr>
        <w:pStyle w:val="Heading1"/>
      </w:pPr>
      <w:r>
        <w:t>Mohammad Azhaan</w:t>
      </w:r>
    </w:p>
    <w:p w:rsidR="004261C3" w:rsidRDefault="00A53C5E">
      <w:r>
        <w:t>Phone: 9182322946 | Email: azhaanajju8@gmail.com</w:t>
      </w:r>
    </w:p>
    <w:p w:rsidR="004261C3" w:rsidRDefault="00A53C5E">
      <w:pPr>
        <w:pStyle w:val="Heading2"/>
      </w:pPr>
      <w:r>
        <w:t>Objective</w:t>
      </w:r>
    </w:p>
    <w:p w:rsidR="004261C3" w:rsidRDefault="00A53C5E">
      <w:r>
        <w:t>I am a college student pursuing</w:t>
      </w:r>
      <w:r>
        <w:t xml:space="preserve"> BBA</w:t>
      </w:r>
      <w:r w:rsidR="00007955">
        <w:t>(bachelor’s Business Administration),</w:t>
      </w:r>
      <w:r>
        <w:t xml:space="preserve">currently in my third year. I am looking forward to </w:t>
      </w:r>
      <w:r w:rsidR="007B69ED">
        <w:t>become</w:t>
      </w:r>
      <w:r>
        <w:t xml:space="preserve"> an analyst, leveraging my skills in research and </w:t>
      </w:r>
      <w:r>
        <w:t>visualizations to contribute effectively to a dynamic team.</w:t>
      </w:r>
    </w:p>
    <w:p w:rsidR="00337893" w:rsidRDefault="00337893">
      <w:r>
        <w:t>Aspiring analyst with a strong foundation in business administration, proficient in MS Excel, Power BI, and advanced data analysis techniques. Eager to leverage exceptional research and data visualization skills to drive actionable insights and support strategic decision-making within a forward-thinking organization.</w:t>
      </w:r>
    </w:p>
    <w:p w:rsidR="00FB5869" w:rsidRPr="00FB5869" w:rsidRDefault="00FB5869">
      <w:pPr>
        <w:rPr>
          <w:b/>
          <w:bCs/>
        </w:rPr>
      </w:pPr>
      <w:r>
        <w:t xml:space="preserve">Detail-oriented and analytical business administration </w:t>
      </w:r>
      <w:proofErr w:type="spellStart"/>
      <w:r>
        <w:t>student.Seeking</w:t>
      </w:r>
      <w:proofErr w:type="spellEnd"/>
      <w:r>
        <w:t xml:space="preserve"> a business analyst role to utilize strong research and data visualization skills to provide actionable insights and support data-driven decision-making in a dynamic organization.</w:t>
      </w:r>
    </w:p>
    <w:p w:rsidR="004261C3" w:rsidRDefault="00A53C5E">
      <w:pPr>
        <w:pStyle w:val="Heading2"/>
      </w:pPr>
      <w:r>
        <w:t>Education</w:t>
      </w:r>
    </w:p>
    <w:p w:rsidR="004261C3" w:rsidRDefault="00A53C5E">
      <w:r>
        <w:t>Bachelor of Business Administration (BBA)</w:t>
      </w:r>
    </w:p>
    <w:p w:rsidR="004261C3" w:rsidRDefault="00A53C5E">
      <w:r>
        <w:t xml:space="preserve">[Name of Your </w:t>
      </w:r>
      <w:proofErr w:type="spellStart"/>
      <w:r w:rsidR="004018F6">
        <w:t>dhruva</w:t>
      </w:r>
      <w:proofErr w:type="spellEnd"/>
      <w:r w:rsidR="007B4DAD">
        <w:t xml:space="preserve"> </w:t>
      </w:r>
      <w:r w:rsidR="004018F6">
        <w:t>degree</w:t>
      </w:r>
      <w:r w:rsidR="007B4DAD">
        <w:t xml:space="preserve"> </w:t>
      </w:r>
      <w:r w:rsidR="004018F6">
        <w:t>college</w:t>
      </w:r>
      <w:r>
        <w:t>], [</w:t>
      </w:r>
      <w:proofErr w:type="spellStart"/>
      <w:r w:rsidR="004018F6">
        <w:t>hyderabad</w:t>
      </w:r>
      <w:proofErr w:type="spellEnd"/>
      <w:r>
        <w:t xml:space="preserve">, </w:t>
      </w:r>
      <w:r w:rsidR="004018F6">
        <w:t>Telangana</w:t>
      </w:r>
      <w:r>
        <w:t>]</w:t>
      </w:r>
    </w:p>
    <w:p w:rsidR="004261C3" w:rsidRDefault="00A53C5E">
      <w:r>
        <w:t>Expected Graduation: [</w:t>
      </w:r>
      <w:r w:rsidR="004018F6">
        <w:t>October</w:t>
      </w:r>
      <w:r>
        <w:t xml:space="preserve">, </w:t>
      </w:r>
      <w:r w:rsidR="004018F6">
        <w:t>2025</w:t>
      </w:r>
      <w:r>
        <w:t>]</w:t>
      </w:r>
    </w:p>
    <w:p w:rsidR="004261C3" w:rsidRDefault="00A53C5E">
      <w:pPr>
        <w:pStyle w:val="Heading2"/>
      </w:pPr>
      <w:r>
        <w:t>Skills</w:t>
      </w:r>
    </w:p>
    <w:p w:rsidR="004261C3" w:rsidRDefault="00A53C5E">
      <w:r>
        <w:t>Technical Skills:</w:t>
      </w:r>
    </w:p>
    <w:p w:rsidR="004261C3" w:rsidRDefault="00A53C5E">
      <w:pPr>
        <w:pStyle w:val="ListBullet"/>
      </w:pPr>
      <w:r>
        <w:t>MS Excel</w:t>
      </w:r>
    </w:p>
    <w:p w:rsidR="004261C3" w:rsidRDefault="00A53C5E">
      <w:pPr>
        <w:pStyle w:val="ListBullet"/>
      </w:pPr>
      <w:r>
        <w:t>MS Office</w:t>
      </w:r>
    </w:p>
    <w:p w:rsidR="004261C3" w:rsidRDefault="00A53C5E">
      <w:pPr>
        <w:pStyle w:val="ListBullet"/>
      </w:pPr>
      <w:r>
        <w:t>MS PowerPoint</w:t>
      </w:r>
    </w:p>
    <w:p w:rsidR="004261C3" w:rsidRDefault="00A53C5E">
      <w:pPr>
        <w:pStyle w:val="ListBullet"/>
      </w:pPr>
      <w:r>
        <w:t>Power BI</w:t>
      </w:r>
    </w:p>
    <w:p w:rsidR="004261C3" w:rsidRDefault="00A53C5E">
      <w:pPr>
        <w:pStyle w:val="ListBullet"/>
      </w:pPr>
      <w:r>
        <w:t>Adva</w:t>
      </w:r>
      <w:r>
        <w:t>nced Excel</w:t>
      </w:r>
    </w:p>
    <w:p w:rsidR="004261C3" w:rsidRDefault="00A53C5E">
      <w:pPr>
        <w:pStyle w:val="ListBullet"/>
      </w:pPr>
      <w:r>
        <w:t>Business Analytics</w:t>
      </w:r>
    </w:p>
    <w:p w:rsidR="004261C3" w:rsidRDefault="004261C3" w:rsidP="004018F6">
      <w:pPr>
        <w:pStyle w:val="Heading2"/>
      </w:pPr>
    </w:p>
    <w:sectPr w:rsidR="004261C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33184862">
    <w:abstractNumId w:val="8"/>
  </w:num>
  <w:num w:numId="2" w16cid:durableId="1972979301">
    <w:abstractNumId w:val="6"/>
  </w:num>
  <w:num w:numId="3" w16cid:durableId="456527285">
    <w:abstractNumId w:val="5"/>
  </w:num>
  <w:num w:numId="4" w16cid:durableId="312174535">
    <w:abstractNumId w:val="4"/>
  </w:num>
  <w:num w:numId="5" w16cid:durableId="45296442">
    <w:abstractNumId w:val="7"/>
  </w:num>
  <w:num w:numId="6" w16cid:durableId="1991205327">
    <w:abstractNumId w:val="3"/>
  </w:num>
  <w:num w:numId="7" w16cid:durableId="112404721">
    <w:abstractNumId w:val="2"/>
  </w:num>
  <w:num w:numId="8" w16cid:durableId="291326009">
    <w:abstractNumId w:val="1"/>
  </w:num>
  <w:num w:numId="9" w16cid:durableId="92846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7955"/>
    <w:rsid w:val="00034616"/>
    <w:rsid w:val="0006063C"/>
    <w:rsid w:val="0015074B"/>
    <w:rsid w:val="00263982"/>
    <w:rsid w:val="0029639D"/>
    <w:rsid w:val="00326F90"/>
    <w:rsid w:val="00337893"/>
    <w:rsid w:val="004018F6"/>
    <w:rsid w:val="004261C3"/>
    <w:rsid w:val="00581710"/>
    <w:rsid w:val="007B4DAD"/>
    <w:rsid w:val="007B69ED"/>
    <w:rsid w:val="00A53C5E"/>
    <w:rsid w:val="00AA1D8D"/>
    <w:rsid w:val="00B47730"/>
    <w:rsid w:val="00CB0664"/>
    <w:rsid w:val="00CD642E"/>
    <w:rsid w:val="00EA2F3B"/>
    <w:rsid w:val="00FB586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A78A0E"/>
  <w14:defaultImageDpi w14:val="300"/>
  <w15:docId w15:val="{51CD0B22-A864-3549-AAC3-68FFE1B0E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919182322946</cp:lastModifiedBy>
  <cp:revision>2</cp:revision>
  <dcterms:created xsi:type="dcterms:W3CDTF">2024-07-14T22:10:00Z</dcterms:created>
  <dcterms:modified xsi:type="dcterms:W3CDTF">2024-07-14T22:10:00Z</dcterms:modified>
  <cp:category/>
</cp:coreProperties>
</file>