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Vaibhav Tiwari</w:t>
      </w:r>
    </w:p>
    <w:p>
      <w:r>
        <w:t>Cyber Security Analyst | CEH Certified</w:t>
      </w:r>
    </w:p>
    <w:p>
      <w:r>
        <w:t>Email: vaibhavt2220@gmail.com | Phone: 700068762</w:t>
      </w:r>
    </w:p>
    <w:p>
      <w:pPr>
        <w:pStyle w:val="Heading2"/>
      </w:pPr>
      <w:r>
        <w:t>Summary</w:t>
      </w:r>
    </w:p>
    <w:p>
      <w:r>
        <w:t xml:space="preserve">Certified Ethical Hacker (CEH) with a strong foundation in cybersecurity principles, </w:t>
        <w:br/>
        <w:t xml:space="preserve">    network security, and threat analysis. Proficient in vulnerability assessment, penetration testing, </w:t>
        <w:br/>
        <w:t xml:space="preserve">    and security incident response. Hands-on experience with security tools such as Nmap, Wireshark, and SIEM solutions. </w:t>
        <w:br/>
        <w:t xml:space="preserve">    Passionate about identifying vulnerabilities, mitigating cyber threats, and contributing to a secure digital environment.</w:t>
      </w:r>
    </w:p>
    <w:p>
      <w:pPr>
        <w:pStyle w:val="Heading2"/>
      </w:pPr>
      <w:r>
        <w:t>Skills</w:t>
      </w:r>
    </w:p>
    <w:p>
      <w:r>
        <w:t>- SIEM Monitoring &amp; Log Analysis</w:t>
        <w:br/>
        <w:t>- Security Information &amp; Event Management (Splunk, QRadar)</w:t>
        <w:br/>
        <w:t>- Incident Handling &amp; Threat Intelligence</w:t>
        <w:br/>
        <w:t>- Vulnerability Assessment &amp; Penetration Testing</w:t>
        <w:br/>
        <w:t>- Firewall &amp; IDS/IPS Configuration</w:t>
        <w:br/>
        <w:t>- Risk Assessment &amp; Compliance (NIST, ISO 27001)</w:t>
        <w:br/>
        <w:t>- Network Security &amp; Traffic Analysis</w:t>
        <w:br/>
        <w:t>- Python &amp; Bash Scripting for Security Automation</w:t>
      </w:r>
    </w:p>
    <w:p>
      <w:pPr>
        <w:pStyle w:val="Heading2"/>
      </w:pPr>
      <w:r>
        <w:t>Certifications</w:t>
      </w:r>
    </w:p>
    <w:p>
      <w:r>
        <w:t>- CEH – Certified Ethical Hacker</w:t>
        <w:br/>
        <w:t>- SOC Fundamentals (Pursuing)</w:t>
        <w:br/>
        <w:t>- VAPT Training (Pursuing)</w:t>
        <w:br/>
        <w:t>- CompTIA Security+ (Planned)</w:t>
      </w:r>
    </w:p>
    <w:p>
      <w:pPr>
        <w:pStyle w:val="Heading2"/>
      </w:pPr>
      <w:r>
        <w:t>Education</w:t>
      </w:r>
    </w:p>
    <w:p>
      <w:r>
        <w:t xml:space="preserve">Bachelor of Arts in English Literature  </w:t>
        <w:br/>
        <w:t xml:space="preserve">Bundelkhand University, Jalaun, Uttar Pradesh  </w:t>
        <w:br/>
        <w:t>Graduated: 2023</w:t>
      </w:r>
    </w:p>
    <w:p>
      <w:pPr>
        <w:pStyle w:val="Heading2"/>
      </w:pPr>
      <w:r>
        <w:t>Projects</w:t>
      </w:r>
    </w:p>
    <w:p>
      <w:r>
        <w:t xml:space="preserve">- **Firewall Configuration &amp; Implementation**: Configured pfSense firewall to monitor inbound </w:t>
        <w:br/>
        <w:t xml:space="preserve">    and outbound traffic, implementing security policies and access control.</w:t>
        <w:br/>
        <w:t xml:space="preserve">- **SIEM Deployment &amp; Threat Detection**: Deployed Splunk for real-time log analysis, detecting security </w:t>
        <w:br/>
        <w:t xml:space="preserve">    incidents through event correlation and alerting mechanisms.</w:t>
        <w:br/>
        <w:t xml:space="preserve">- **Risk Assessment &amp; Vulnerability Management**: Conducted risk assessment using NIST framework </w:t>
        <w:br/>
        <w:t xml:space="preserve">    to identify vulnerabilities in a test environment and provided mitigation strategies.</w:t>
      </w:r>
    </w:p>
    <w:p>
      <w:pPr>
        <w:pStyle w:val="Heading2"/>
      </w:pPr>
      <w:r>
        <w:t>Languages</w:t>
      </w:r>
    </w:p>
    <w:p>
      <w:r>
        <w:t>English – Fluent | Hindi – Fluent</w:t>
      </w:r>
    </w:p>
    <w:p>
      <w:pPr>
        <w:pStyle w:val="Heading2"/>
      </w:pPr>
      <w:r>
        <w:t>Interests</w:t>
      </w:r>
    </w:p>
    <w:p>
      <w:r>
        <w:t>Cybersecurity Enthusiast – Exploring threat intelligence, ethical hacking, and security operations.</w:t>
      </w:r>
    </w:p>
    <w:p>
      <w:r>
        <w:t>- SIEM Monitoring &amp; Log Analysis (Splunk, QRadar, ELK Stack)</w:t>
        <w:br/>
        <w:t>- Security Information &amp; Event Management (SIEM) tools</w:t>
        <w:br/>
        <w:t>- Incident Handling &amp; Threat Intelligence</w:t>
        <w:br/>
        <w:t>- Vulnerability Assessment &amp; Penetration Testing (VAPT)</w:t>
        <w:br/>
        <w:t>- Firewall &amp; IDS/IPS Configuration (FortiGate, pfSense, Snort, Suricata)</w:t>
        <w:br/>
        <w:t>- Network Security &amp; Traffic Analysis (Wireshark, tcpdump)</w:t>
        <w:br/>
        <w:t>- Risk Assessment &amp; Compliance (NIST, ISO 27001, SOC 2)</w:t>
        <w:br/>
        <w:t>- Endpoint Security &amp; Malware Analysis (EDR, Sandboxing)</w:t>
        <w:br/>
        <w:t>- Cloud Security Fundamentals (AWS Security, Azure Security)</w:t>
        <w:br/>
        <w:t>- Python &amp; Bash Scripting for Security Automation</w:t>
      </w:r>
    </w:p>
    <w:p>
      <w:r>
        <w:t xml:space="preserve">- **Firewall Configuration &amp; Implementation (FortiGate &amp; pfSense)**: </w:t>
        <w:br/>
        <w:t xml:space="preserve">  Configured and optimized FortiGate firewall policies to enhance network security, blocking unauthorized access and mitigating external threats. </w:t>
        <w:br/>
        <w:t xml:space="preserve">  Implemented web filtering, SSL inspection, and intrusion prevention systems (IPS) to detect and prevent attacks.</w:t>
        <w:br/>
        <w:br/>
        <w:t xml:space="preserve">- **SIEM Deployment &amp; Threat Detection (Splunk &amp; QRadar)**: </w:t>
        <w:br/>
        <w:t xml:space="preserve">  Set up log collection from firewalls, endpoints, and servers in Splunk for real-time security event monitoring. </w:t>
        <w:br/>
        <w:t xml:space="preserve">  Created custom correlation rules to detect brute-force attempts, anomalous login patterns, and insider threats.</w:t>
        <w:br/>
        <w:br/>
        <w:t xml:space="preserve">- **Threat Hunting &amp; Incident Response Simulation**: </w:t>
        <w:br/>
        <w:t xml:space="preserve">  Conducted an internal lab experiment on Advanced Persistent Threat (APT) detection using Sysmon, ELK Stack, and PowerShell logging. </w:t>
        <w:br/>
        <w:t xml:space="preserve">  Identified suspicious process injections and mitigated potential attack vectors.</w:t>
        <w:br/>
        <w:br/>
        <w:t xml:space="preserve">- **Risk Assessment &amp; Compliance Auditing (NIST Framework)**: </w:t>
        <w:br/>
        <w:t xml:space="preserve">  Performed a security risk assessment on a simulated enterprise network using NIST 800-53 controls.</w:t>
        <w:br/>
        <w:t xml:space="preserve">  Identified vulnerabilities, proposed security controls, and ensured regulatory compliance with SOC 2 standards.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