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श्री कृष्ण पाण्डेय</w:t>
      </w:r>
    </w:p>
    <w:p>
      <w:r>
        <w:t>पुत्र: श्री कमलेश प्रसाद पाण्डेय</w:t>
      </w:r>
    </w:p>
    <w:p>
      <w:r>
        <w:t>जन्म तिथि: 03 जुलाई 2003</w:t>
      </w:r>
    </w:p>
    <w:p>
      <w:r>
        <w:t>मोबाइल: 8104355110</w:t>
      </w:r>
    </w:p>
    <w:p>
      <w:r>
        <w:t>पता: वृंदावन, उत्तर प्रदेश</w:t>
      </w:r>
    </w:p>
    <w:p>
      <w:r>
        <w:drawing>
          <wp:inline xmlns:a="http://schemas.openxmlformats.org/drawingml/2006/main" xmlns:pic="http://schemas.openxmlformats.org/drawingml/2006/picture">
            <wp:extent cx="1371600" cy="1645920"/>
            <wp:docPr id="1" name="Picture 1"/>
            <wp:cNvGraphicFramePr>
              <a:graphicFrameLocks noChangeAspect="1"/>
            </wp:cNvGraphicFramePr>
            <a:graphic>
              <a:graphicData uri="http://schemas.openxmlformats.org/drawingml/2006/picture">
                <pic:pic>
                  <pic:nvPicPr>
                    <pic:cNvPr id="0" name="resized_photo.jpg"/>
                    <pic:cNvPicPr/>
                  </pic:nvPicPr>
                  <pic:blipFill>
                    <a:blip r:embed="rId9"/>
                    <a:stretch>
                      <a:fillRect/>
                    </a:stretch>
                  </pic:blipFill>
                  <pic:spPr>
                    <a:xfrm>
                      <a:off x="0" y="0"/>
                      <a:ext cx="1371600" cy="1645920"/>
                    </a:xfrm>
                    <a:prstGeom prst="rect"/>
                  </pic:spPr>
                </pic:pic>
              </a:graphicData>
            </a:graphic>
          </wp:inline>
        </w:drawing>
      </w:r>
    </w:p>
    <w:p>
      <w:pPr>
        <w:pStyle w:val="Heading1"/>
      </w:pPr>
      <w:r>
        <w:t>व्यक्तिगत प्रोफ़ाइल:</w:t>
      </w:r>
    </w:p>
    <w:p>
      <w:r>
        <w:t>मैं श्री कृष्ण पाण्डेय, एक समर्पित और अनुभवी पूजा-अनुष्ठानकर्ता हूँ। मैं बीते 6 वर्षों से विधिपूर्वक विभिन्न धार्मिक अनुष्ठानों, हवन, पूजन, कथा वाचन (श्रीमद्भागवत कथा, रामकथा) आदि में सक्रिय रूप से कार्यरत हूँ। मेरी शिक्षा संस्कृत विषय में है, जिसे मैंने श्री धर्म संघ संस्कृत महाविद्यालय, वृंदावन से आचार्य तक पूर्ण किया है। मुझे मंदिर में पुजारी या धार्मिक सेवा हेतु नौकरी की आवश्यकता है।</w:t>
      </w:r>
    </w:p>
    <w:p>
      <w:pPr>
        <w:pStyle w:val="Heading1"/>
      </w:pPr>
      <w:r>
        <w:t>शैक्षणिक योग्यता:</w:t>
      </w:r>
    </w:p>
    <w:p>
      <w:r>
        <w:t>संस्थान: श्री धर्म संघ संस्कृत महाविद्यालय, वृंदावन</w:t>
      </w:r>
    </w:p>
    <w:p>
      <w:r>
        <w:t>पाठ्यक्रम: आचार्य (संस्कृत में स्नातकोत्तर)</w:t>
      </w:r>
    </w:p>
    <w:p>
      <w:r>
        <w:t>पूर्णता वर्ष: ---</w:t>
      </w:r>
    </w:p>
    <w:p>
      <w:pPr>
        <w:pStyle w:val="Heading1"/>
      </w:pPr>
      <w:r>
        <w:t>कार्य अनुभव:</w:t>
      </w:r>
    </w:p>
    <w:p>
      <w:r>
        <w:t>- अनुभव: 6 वर्षों से अधिक</w:t>
        <w:br/>
        <w:t>- क्षेत्र:</w:t>
        <w:br/>
        <w:t xml:space="preserve">  • पूजा-पाठ, हवन, अनुष्ठान</w:t>
        <w:br/>
        <w:t xml:space="preserve">  • श्रीमद्भागवत कथा एवं राम कथा वाचन</w:t>
        <w:br/>
        <w:t xml:space="preserve">  • धार्मिक अनुष्ठानों की संपूर्ण व्यवस्था</w:t>
      </w:r>
    </w:p>
    <w:p>
      <w:pPr>
        <w:pStyle w:val="Heading1"/>
      </w:pPr>
      <w:r>
        <w:t>कौशल:</w:t>
      </w:r>
    </w:p>
    <w:p>
      <w:r>
        <w:t>• वेद मंत्रों का ज्ञान</w:t>
        <w:br/>
        <w:t>• शुद्ध उच्चारण और विधिपूर्वक पूजा</w:t>
        <w:br/>
        <w:t>• धार्मिक ग्रंथों की व्याख्या और कथा वाचन</w:t>
        <w:br/>
        <w:t>• भक्तों से संवाद और मार्गदर्शन</w:t>
      </w:r>
    </w:p>
    <w:p>
      <w:pPr>
        <w:pStyle w:val="Heading1"/>
      </w:pPr>
      <w:r>
        <w:t>भाषा ज्ञान:</w:t>
      </w:r>
    </w:p>
    <w:p>
      <w:r>
        <w:t>• संस्कृत</w:t>
        <w:br/>
        <w:t>• हिंदी</w:t>
        <w:br/>
        <w:t>• ब्रज भाषा</w:t>
      </w:r>
    </w:p>
    <w:p>
      <w:pPr>
        <w:pStyle w:val="Heading1"/>
      </w:pPr>
      <w:r>
        <w:t>लक्ष्य:</w:t>
      </w:r>
    </w:p>
    <w:p>
      <w:r>
        <w:t>एक ऐसे प्रतिष्ठित मंदिर में सेवा करना जहाँ मैं अपने धार्मिक ज्ञान और अनुभव से समाज की सेवा कर सकूँ और अध्यात्म को बढ़ावा दे सकूँ।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